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6736" w:rsidRDefault="0073097E">
      <w:pPr>
        <w:jc w:val="center"/>
      </w:pPr>
      <w:r w:rsidRPr="009D433B">
        <w:rPr>
          <w:rFonts w:asciiTheme="majorHAnsi" w:hAnsiTheme="majorHAnsi" w:cstheme="majorHAnsi"/>
          <w:b/>
          <w:noProof/>
          <w:color w:val="E68200"/>
          <w:sz w:val="44"/>
        </w:rPr>
        <w:drawing>
          <wp:anchor distT="0" distB="0" distL="114300" distR="114300" simplePos="0" relativeHeight="251684352" behindDoc="0" locked="0" layoutInCell="1" allowOverlap="1" wp14:anchorId="6A4221C9" wp14:editId="0617054C">
            <wp:simplePos x="0" y="0"/>
            <wp:positionH relativeFrom="column">
              <wp:posOffset>-12700</wp:posOffset>
            </wp:positionH>
            <wp:positionV relativeFrom="paragraph">
              <wp:posOffset>85725</wp:posOffset>
            </wp:positionV>
            <wp:extent cx="1134682" cy="1035050"/>
            <wp:effectExtent l="0" t="0" r="8890" b="0"/>
            <wp:wrapNone/>
            <wp:docPr id="11" name="Picture 11" descr="C:\Users\KHAN\Desktop\Ali Khan fo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HAN\Desktop\Ali Khan form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682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7FB3" w:rsidRPr="009D433B">
        <w:rPr>
          <w:rFonts w:asciiTheme="majorHAnsi" w:hAnsiTheme="majorHAnsi" w:cstheme="majorHAnsi"/>
          <w:b/>
          <w:noProof/>
          <w:color w:val="0046A0"/>
          <w:sz w:val="60"/>
        </w:rPr>
        <w:drawing>
          <wp:anchor distT="0" distB="0" distL="114300" distR="114300" simplePos="0" relativeHeight="251693568" behindDoc="1" locked="0" layoutInCell="1" allowOverlap="1" wp14:anchorId="094125DC" wp14:editId="23561847">
            <wp:simplePos x="0" y="0"/>
            <wp:positionH relativeFrom="page">
              <wp:align>left</wp:align>
            </wp:positionH>
            <wp:positionV relativeFrom="paragraph">
              <wp:posOffset>-152400</wp:posOffset>
            </wp:positionV>
            <wp:extent cx="7582535" cy="10677525"/>
            <wp:effectExtent l="0" t="0" r="0" b="9525"/>
            <wp:wrapNone/>
            <wp:docPr id="21" name="Picture 21" descr="C:\Users\KHAN\Desktop\Ali Khan form.jp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HAN\Desktop\Ali Khan form.jpg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2535" cy="1067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324B" w:rsidRPr="009D433B">
        <w:rPr>
          <w:rFonts w:asciiTheme="majorHAnsi" w:hAnsiTheme="majorHAnsi" w:cstheme="majorHAnsi"/>
          <w:b/>
          <w:noProof/>
          <w:color w:val="0046A0"/>
          <w:sz w:val="60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69F1360F" wp14:editId="65B3D4A8">
                <wp:simplePos x="0" y="0"/>
                <wp:positionH relativeFrom="column">
                  <wp:posOffset>6124575</wp:posOffset>
                </wp:positionH>
                <wp:positionV relativeFrom="paragraph">
                  <wp:posOffset>85725</wp:posOffset>
                </wp:positionV>
                <wp:extent cx="1009650" cy="12096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650" cy="12096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324B" w:rsidRDefault="00A4324B" w:rsidP="00A4324B">
                            <w:pPr>
                              <w:jc w:val="center"/>
                            </w:pPr>
                            <w:proofErr w:type="gramStart"/>
                            <w:r w:rsidRPr="00A4324B">
                              <w:rPr>
                                <w:sz w:val="24"/>
                                <w:szCs w:val="24"/>
                              </w:rPr>
                              <w:t>PHOTO</w:t>
                            </w:r>
                            <w:proofErr w:type="gramEnd"/>
                            <w:r w:rsidRPr="00A4324B">
                              <w:rPr>
                                <w:sz w:val="24"/>
                                <w:szCs w:val="24"/>
                              </w:rPr>
                              <w:br/>
                              <w:t>(Passport Size)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left:0;text-align:left;margin-left:482.25pt;margin-top:6.75pt;width:79.5pt;height:95.25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" fillcolor="white [3201]" strokecolor="#4f81bd [3204]" strokeweight="2pt">
                <v:textbox>
                  <w:txbxContent>
                    <w:p w:rsidR="00A4324B" w:rsidRDefault="00A4324B" w:rsidP="00A4324B">
                      <w:pPr>
                        <w:jc w:val="center"/>
                      </w:pPr>
                      <w:r w:rsidRPr="00A4324B">
                        <w:rPr>
                          <w:sz w:val="24"/>
                          <w:szCs w:val="24"/>
                        </w:rPr>
                        <w:t>PHOTO</w:t>
                      </w:r>
                      <w:r w:rsidRPr="00A4324B">
                        <w:rPr>
                          <w:sz w:val="24"/>
                          <w:szCs w:val="24"/>
                        </w:rPr>
                        <w:br/>
                        <w:t>(Passport Size)</w:t>
                      </w:r>
                    </w:p>
                  </w:txbxContent>
                </v:textbox>
              </v:rect>
            </w:pict>
          </mc:Fallback>
        </mc:AlternateContent>
      </w:r>
      <w:r w:rsidR="00D1104A" w:rsidRPr="009D433B">
        <w:rPr>
          <w:rFonts w:asciiTheme="majorHAnsi" w:hAnsiTheme="majorHAnsi" w:cstheme="majorHAnsi"/>
          <w:b/>
          <w:color w:val="0046A0"/>
          <w:sz w:val="60"/>
        </w:rPr>
        <w:t>ALI KHAN</w:t>
      </w:r>
      <w:r w:rsidR="00D1104A">
        <w:rPr>
          <w:b/>
          <w:color w:val="0046A0"/>
          <w:sz w:val="60"/>
        </w:rPr>
        <w:br/>
      </w:r>
      <w:r w:rsidR="00D1104A" w:rsidRPr="009D433B">
        <w:rPr>
          <w:b/>
          <w:color w:val="E68200"/>
          <w:sz w:val="40"/>
          <w:szCs w:val="40"/>
        </w:rPr>
        <w:t>DIGITAL COLLEGE</w:t>
      </w:r>
      <w:r w:rsidR="00D1104A">
        <w:rPr>
          <w:b/>
          <w:color w:val="E68200"/>
          <w:sz w:val="44"/>
        </w:rPr>
        <w:br/>
      </w:r>
      <w:r w:rsidR="00D1104A" w:rsidRPr="009D433B">
        <w:rPr>
          <w:b/>
          <w:color w:val="0046A0"/>
          <w:sz w:val="32"/>
          <w:szCs w:val="32"/>
        </w:rPr>
        <w:t>ADMISSION FORM</w:t>
      </w:r>
    </w:p>
    <w:p w:rsidR="00EB6736" w:rsidRDefault="00803DFC">
      <w:pPr>
        <w:jc w:val="center"/>
      </w:pPr>
      <w:r w:rsidRPr="00A4324B">
        <w:rPr>
          <w:noProof/>
          <w:color w:val="E36C0A" w:themeColor="accent6" w:themeShade="B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25A76CD2" wp14:editId="23068058">
                <wp:simplePos x="0" y="0"/>
                <wp:positionH relativeFrom="margin">
                  <wp:posOffset>-9525</wp:posOffset>
                </wp:positionH>
                <wp:positionV relativeFrom="paragraph">
                  <wp:posOffset>7620</wp:posOffset>
                </wp:positionV>
                <wp:extent cx="7162800" cy="266700"/>
                <wp:effectExtent l="76200" t="38100" r="76200" b="11430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62800" cy="2667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03DFC" w:rsidRDefault="00803DFC" w:rsidP="001E79A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4" o:spid="_x0000_s1027" style="position:absolute;left:0;text-align:left;margin-left:-.75pt;margin-top:.6pt;width:564pt;height:21pt;z-index:2516874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" fillcolor="#e36c0a [2409]" stroked="f">
                <v:shadow on="t" color="black" opacity="22937f" origin=",.5" offset="0,.63889mm"/>
                <v:textbox>
                  <w:txbxContent>
                    <w:p w:rsidR="00803DFC" w:rsidRDefault="00803DFC" w:rsidP="001E79A8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44"/>
        <w:gridCol w:w="5758"/>
      </w:tblGrid>
      <w:tr w:rsidR="00EB6736" w:rsidRPr="00A4324B" w:rsidTr="00BA40BD">
        <w:trPr>
          <w:trHeight w:val="4247"/>
          <w:jc w:val="center"/>
        </w:trPr>
        <w:tc>
          <w:tcPr>
            <w:tcW w:w="5760" w:type="dxa"/>
          </w:tcPr>
          <w:p w:rsidR="00EB6736" w:rsidRPr="00A4324B" w:rsidRDefault="00A4324B" w:rsidP="005261ED">
            <w:pPr>
              <w:spacing w:after="0" w:line="360" w:lineRule="auto"/>
              <w:rPr>
                <w:sz w:val="24"/>
                <w:szCs w:val="24"/>
              </w:rPr>
            </w:pPr>
            <w:r w:rsidRPr="00A4324B">
              <w:rPr>
                <w:noProof/>
                <w:color w:val="E36C0A" w:themeColor="accent6" w:themeShade="BF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 wp14:anchorId="7857B9E9" wp14:editId="58841E1F">
                      <wp:simplePos x="0" y="0"/>
                      <wp:positionH relativeFrom="column">
                        <wp:posOffset>188595</wp:posOffset>
                      </wp:positionH>
                      <wp:positionV relativeFrom="paragraph">
                        <wp:posOffset>10160</wp:posOffset>
                      </wp:positionV>
                      <wp:extent cx="2209800" cy="266700"/>
                      <wp:effectExtent l="76200" t="38100" r="76200" b="11430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2060"/>
                              </a:solidFill>
                            </wps:spPr>
                            <wps:style>
                              <a:lnRef idx="0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3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4324B" w:rsidRDefault="00A4324B" w:rsidP="00E427E9">
                                  <w:r w:rsidRPr="00A4324B">
                                    <w:rPr>
                                      <w:sz w:val="24"/>
                                      <w:szCs w:val="24"/>
                                    </w:rPr>
                                    <w:t>PERSONAL INFORMATION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2" o:spid="_x0000_s1028" style="position:absolute;margin-left:14.85pt;margin-top:.8pt;width:174pt;height:21pt;z-index:25163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" fillcolor="#002060" stroked="f">
                      <v:shadow on="t" color="black" opacity="22937f" origin=",.5" offset="0,.63889mm"/>
                      <v:textbox>
                        <w:txbxContent>
                          <w:p w:rsidR="00A4324B" w:rsidRDefault="00A4324B" w:rsidP="00E427E9">
                            <w:r w:rsidRPr="00A4324B">
                              <w:rPr>
                                <w:sz w:val="24"/>
                                <w:szCs w:val="24"/>
                              </w:rPr>
                              <w:t>PERSONAL INFORMATION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1104A" w:rsidRPr="00A4324B">
              <w:rPr>
                <w:color w:val="E36C0A" w:themeColor="accent6" w:themeShade="BF"/>
                <w:sz w:val="24"/>
                <w:szCs w:val="24"/>
              </w:rPr>
              <w:t>1.</w:t>
            </w:r>
            <w:r w:rsidR="00D1104A" w:rsidRPr="00A4324B">
              <w:rPr>
                <w:sz w:val="24"/>
                <w:szCs w:val="24"/>
              </w:rPr>
              <w:t xml:space="preserve"> </w:t>
            </w:r>
            <w:r w:rsidR="00D1104A" w:rsidRPr="00A4324B">
              <w:rPr>
                <w:sz w:val="24"/>
                <w:szCs w:val="24"/>
              </w:rPr>
              <w:br/>
            </w:r>
            <w:r w:rsidR="00D1104A" w:rsidRPr="00A4324B">
              <w:rPr>
                <w:sz w:val="24"/>
                <w:szCs w:val="24"/>
              </w:rPr>
              <w:br/>
              <w:t>Full Name: __________________</w:t>
            </w:r>
            <w:r w:rsidRPr="00A4324B">
              <w:rPr>
                <w:sz w:val="24"/>
                <w:szCs w:val="24"/>
              </w:rPr>
              <w:t>_________________</w:t>
            </w:r>
            <w:r>
              <w:rPr>
                <w:sz w:val="24"/>
                <w:szCs w:val="24"/>
              </w:rPr>
              <w:t>__________</w:t>
            </w:r>
            <w:r w:rsidR="00D1104A" w:rsidRPr="00A4324B">
              <w:rPr>
                <w:sz w:val="24"/>
                <w:szCs w:val="24"/>
              </w:rPr>
              <w:br/>
              <w:t>Father's Name: ______________</w:t>
            </w:r>
            <w:r>
              <w:rPr>
                <w:sz w:val="24"/>
                <w:szCs w:val="24"/>
              </w:rPr>
              <w:t>__________________________</w:t>
            </w:r>
            <w:r w:rsidR="00D1104A" w:rsidRPr="00A4324B">
              <w:rPr>
                <w:sz w:val="24"/>
                <w:szCs w:val="24"/>
              </w:rPr>
              <w:br/>
              <w:t xml:space="preserve">Date of Birth: </w:t>
            </w:r>
            <w:r>
              <w:rPr>
                <w:sz w:val="24"/>
                <w:szCs w:val="24"/>
              </w:rPr>
              <w:t>______</w:t>
            </w:r>
            <w:r w:rsidR="00D1104A" w:rsidRPr="00A4324B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______</w:t>
            </w:r>
            <w:r w:rsidR="00D1104A" w:rsidRPr="00A4324B">
              <w:rPr>
                <w:sz w:val="24"/>
                <w:szCs w:val="24"/>
              </w:rPr>
              <w:t>__/____</w:t>
            </w:r>
            <w:r>
              <w:rPr>
                <w:sz w:val="24"/>
                <w:szCs w:val="24"/>
              </w:rPr>
              <w:t>______</w:t>
            </w:r>
            <w:r w:rsidR="00D1104A" w:rsidRPr="00A4324B">
              <w:rPr>
                <w:sz w:val="24"/>
                <w:szCs w:val="24"/>
              </w:rPr>
              <w:br/>
              <w:t xml:space="preserve">Gender: </w:t>
            </w:r>
            <w:r>
              <w:rPr>
                <w:sz w:val="24"/>
                <w:szCs w:val="24"/>
              </w:rPr>
              <w:t xml:space="preserve">            </w:t>
            </w:r>
            <w:r w:rsidR="00D1104A" w:rsidRPr="00A4324B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="00D1104A" w:rsidRPr="00A4324B">
              <w:rPr>
                <w:sz w:val="24"/>
                <w:szCs w:val="24"/>
              </w:rPr>
              <w:t xml:space="preserve"> Male  </w:t>
            </w:r>
            <w:r>
              <w:rPr>
                <w:sz w:val="24"/>
                <w:szCs w:val="24"/>
              </w:rPr>
              <w:t xml:space="preserve">            </w:t>
            </w:r>
            <w:r w:rsidR="00D1104A" w:rsidRPr="00A4324B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="00D1104A" w:rsidRPr="00A4324B">
              <w:rPr>
                <w:sz w:val="24"/>
                <w:szCs w:val="24"/>
              </w:rPr>
              <w:t xml:space="preserve"> Female</w:t>
            </w:r>
            <w:r w:rsidR="00D1104A" w:rsidRPr="00A4324B">
              <w:rPr>
                <w:sz w:val="24"/>
                <w:szCs w:val="24"/>
              </w:rPr>
              <w:br/>
              <w:t>CNIC/B-Form: ______________</w:t>
            </w:r>
            <w:r>
              <w:rPr>
                <w:sz w:val="24"/>
                <w:szCs w:val="24"/>
              </w:rPr>
              <w:t>___________________________</w:t>
            </w:r>
            <w:r w:rsidR="00D1104A" w:rsidRPr="00A4324B">
              <w:rPr>
                <w:sz w:val="24"/>
                <w:szCs w:val="24"/>
              </w:rPr>
              <w:br/>
              <w:t>Domicile: _________________</w:t>
            </w:r>
            <w:r>
              <w:rPr>
                <w:sz w:val="24"/>
                <w:szCs w:val="24"/>
              </w:rPr>
              <w:t>_____________________________</w:t>
            </w:r>
            <w:r w:rsidR="00D1104A" w:rsidRPr="00A4324B">
              <w:rPr>
                <w:sz w:val="24"/>
                <w:szCs w:val="24"/>
              </w:rPr>
              <w:br/>
              <w:t>Religion: _____________________</w:t>
            </w:r>
            <w:r w:rsidR="00D1104A" w:rsidRPr="00A4324B">
              <w:rPr>
                <w:sz w:val="24"/>
                <w:szCs w:val="24"/>
              </w:rPr>
              <w:br/>
              <w:t xml:space="preserve">Hafiz-e-Quran: </w:t>
            </w:r>
            <w:r w:rsidR="00BA40BD">
              <w:rPr>
                <w:sz w:val="24"/>
                <w:szCs w:val="24"/>
              </w:rPr>
              <w:t xml:space="preserve">       </w:t>
            </w:r>
            <w:r w:rsidR="00D1104A" w:rsidRPr="00A4324B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="00D1104A" w:rsidRPr="00A4324B">
              <w:rPr>
                <w:sz w:val="24"/>
                <w:szCs w:val="24"/>
              </w:rPr>
              <w:t xml:space="preserve"> Yes </w:t>
            </w:r>
            <w:r w:rsidR="00BA40BD">
              <w:rPr>
                <w:sz w:val="24"/>
                <w:szCs w:val="24"/>
              </w:rPr>
              <w:t xml:space="preserve">         </w:t>
            </w:r>
            <w:r w:rsidR="00D1104A" w:rsidRPr="00A4324B">
              <w:rPr>
                <w:rFonts w:ascii="Segoe UI Symbol" w:hAnsi="Segoe UI Symbol" w:cs="Segoe UI Symbol"/>
                <w:sz w:val="24"/>
                <w:szCs w:val="24"/>
              </w:rPr>
              <w:t>☐</w:t>
            </w:r>
            <w:r w:rsidR="00D1104A" w:rsidRPr="00A4324B">
              <w:rPr>
                <w:sz w:val="24"/>
                <w:szCs w:val="24"/>
              </w:rPr>
              <w:t xml:space="preserve"> No</w:t>
            </w:r>
          </w:p>
        </w:tc>
        <w:tc>
          <w:tcPr>
            <w:tcW w:w="5760" w:type="dxa"/>
          </w:tcPr>
          <w:p w:rsidR="00A4324B" w:rsidRDefault="00A4324B" w:rsidP="00A4324B">
            <w:pPr>
              <w:spacing w:after="0" w:line="360" w:lineRule="auto"/>
              <w:rPr>
                <w:sz w:val="24"/>
                <w:szCs w:val="24"/>
              </w:rPr>
            </w:pPr>
            <w:r w:rsidRPr="00A4324B">
              <w:rPr>
                <w:noProof/>
                <w:color w:val="E36C0A" w:themeColor="accent6" w:themeShade="BF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 wp14:anchorId="5F847C7A" wp14:editId="78A83FC4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10160</wp:posOffset>
                      </wp:positionV>
                      <wp:extent cx="2209800" cy="266700"/>
                      <wp:effectExtent l="76200" t="38100" r="76200" b="11430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2060"/>
                              </a:solidFill>
                            </wps:spPr>
                            <wps:style>
                              <a:lnRef idx="0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3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A4324B" w:rsidRDefault="00A4324B" w:rsidP="00E427E9">
                                  <w:r w:rsidRPr="00A4324B">
                                    <w:rPr>
                                      <w:sz w:val="24"/>
                                      <w:szCs w:val="24"/>
                                    </w:rPr>
                                    <w:t>CONT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ACT DETAILS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3" o:spid="_x0000_s1029" style="position:absolute;margin-left:11.1pt;margin-top:.8pt;width:174pt;height:21pt;z-index:25164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" fillcolor="#002060" stroked="f">
                      <v:shadow on="t" color="black" opacity="22937f" origin=",.5" offset="0,.63889mm"/>
                      <v:textbox>
                        <w:txbxContent>
                          <w:p w:rsidR="00A4324B" w:rsidRDefault="00A4324B" w:rsidP="00E427E9">
                            <w:r w:rsidRPr="00A4324B">
                              <w:rPr>
                                <w:sz w:val="24"/>
                                <w:szCs w:val="24"/>
                              </w:rPr>
                              <w:t>CONT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ACT DETAILS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D1104A" w:rsidRPr="00A4324B">
              <w:rPr>
                <w:color w:val="E36C0A" w:themeColor="accent6" w:themeShade="BF"/>
                <w:sz w:val="24"/>
                <w:szCs w:val="24"/>
              </w:rPr>
              <w:t>2.</w:t>
            </w:r>
            <w:r w:rsidR="00D1104A" w:rsidRPr="00A432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  <w:t>Permanent Address:</w:t>
            </w:r>
            <w:r w:rsidR="00D1104A" w:rsidRPr="00A4324B">
              <w:rPr>
                <w:sz w:val="24"/>
                <w:szCs w:val="24"/>
              </w:rPr>
              <w:t>________________________</w:t>
            </w:r>
            <w:r>
              <w:rPr>
                <w:sz w:val="24"/>
                <w:szCs w:val="24"/>
              </w:rPr>
              <w:t>______________</w:t>
            </w:r>
            <w:r w:rsidR="00D1104A" w:rsidRPr="00A4324B">
              <w:rPr>
                <w:sz w:val="24"/>
                <w:szCs w:val="24"/>
              </w:rPr>
              <w:br/>
              <w:t>________________________</w:t>
            </w:r>
            <w:r>
              <w:rPr>
                <w:sz w:val="24"/>
                <w:szCs w:val="24"/>
              </w:rPr>
              <w:t xml:space="preserve">______________________________________ </w:t>
            </w:r>
          </w:p>
          <w:p w:rsidR="00A4324B" w:rsidRDefault="00A4324B" w:rsidP="00A4324B">
            <w:pPr>
              <w:spacing w:after="0" w:line="360" w:lineRule="auto"/>
              <w:rPr>
                <w:sz w:val="24"/>
                <w:szCs w:val="24"/>
              </w:rPr>
            </w:pPr>
            <w:r w:rsidRPr="00A4324B">
              <w:rPr>
                <w:sz w:val="24"/>
                <w:szCs w:val="24"/>
              </w:rPr>
              <w:t>________________________</w:t>
            </w:r>
            <w:r>
              <w:rPr>
                <w:sz w:val="24"/>
                <w:szCs w:val="24"/>
              </w:rPr>
              <w:t xml:space="preserve">______________________________________   </w:t>
            </w:r>
          </w:p>
          <w:p w:rsidR="00EB6736" w:rsidRPr="00A4324B" w:rsidRDefault="00D1104A" w:rsidP="00A4324B">
            <w:pPr>
              <w:spacing w:line="360" w:lineRule="auto"/>
              <w:rPr>
                <w:sz w:val="24"/>
                <w:szCs w:val="24"/>
              </w:rPr>
            </w:pPr>
            <w:r w:rsidRPr="00A4324B">
              <w:rPr>
                <w:sz w:val="24"/>
                <w:szCs w:val="24"/>
              </w:rPr>
              <w:br/>
              <w:t xml:space="preserve">Mobile: </w:t>
            </w:r>
            <w:r w:rsidR="00A4324B">
              <w:rPr>
                <w:sz w:val="24"/>
                <w:szCs w:val="24"/>
              </w:rPr>
              <w:t xml:space="preserve">   </w:t>
            </w:r>
            <w:r w:rsidRPr="00A4324B">
              <w:rPr>
                <w:sz w:val="24"/>
                <w:szCs w:val="24"/>
              </w:rPr>
              <w:t>_________________</w:t>
            </w:r>
            <w:r w:rsidR="00A4324B" w:rsidRPr="00A4324B">
              <w:rPr>
                <w:sz w:val="24"/>
                <w:szCs w:val="24"/>
              </w:rPr>
              <w:t>__________________________________</w:t>
            </w:r>
            <w:r w:rsidRPr="00A4324B">
              <w:rPr>
                <w:sz w:val="24"/>
                <w:szCs w:val="24"/>
              </w:rPr>
              <w:br/>
              <w:t xml:space="preserve">Email: </w:t>
            </w:r>
            <w:r w:rsidR="00A4324B">
              <w:rPr>
                <w:sz w:val="24"/>
                <w:szCs w:val="24"/>
              </w:rPr>
              <w:t xml:space="preserve">     </w:t>
            </w:r>
            <w:r w:rsidRPr="00A4324B">
              <w:rPr>
                <w:sz w:val="24"/>
                <w:szCs w:val="24"/>
              </w:rPr>
              <w:t>_________________</w:t>
            </w:r>
            <w:r w:rsidR="00A4324B" w:rsidRPr="00A4324B">
              <w:rPr>
                <w:sz w:val="24"/>
                <w:szCs w:val="24"/>
              </w:rPr>
              <w:t>__________________________________</w:t>
            </w:r>
            <w:r w:rsidR="00A4324B">
              <w:rPr>
                <w:sz w:val="24"/>
                <w:szCs w:val="24"/>
              </w:rPr>
              <w:br/>
            </w:r>
          </w:p>
        </w:tc>
      </w:tr>
    </w:tbl>
    <w:p w:rsidR="00EB6736" w:rsidRDefault="000E1FAA" w:rsidP="000E1FAA">
      <w:r w:rsidRPr="00E427E9">
        <w:rPr>
          <w:noProof/>
          <w:color w:val="E36C0A" w:themeColor="accent6" w:themeShade="B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556D3D59" wp14:editId="5AD771F9">
                <wp:simplePos x="0" y="0"/>
                <wp:positionH relativeFrom="column">
                  <wp:posOffset>142875</wp:posOffset>
                </wp:positionH>
                <wp:positionV relativeFrom="paragraph">
                  <wp:posOffset>4445</wp:posOffset>
                </wp:positionV>
                <wp:extent cx="2209800" cy="266700"/>
                <wp:effectExtent l="76200" t="38100" r="76200" b="1143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2667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E1FAA" w:rsidRDefault="000E1FAA" w:rsidP="00E427E9">
                            <w:r>
                              <w:rPr>
                                <w:b/>
                              </w:rPr>
                              <w:t>ACADEMIC RECORD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30" style="position:absolute;margin-left:11.25pt;margin-top:.35pt;width:174pt;height:21pt;z-index:25164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" fillcolor="#002060" stroked="f">
                <v:shadow on="t" color="black" opacity="22937f" origin=",.5" offset="0,.63889mm"/>
                <v:textbox>
                  <w:txbxContent>
                    <w:p w:rsidR="000E1FAA" w:rsidRDefault="000E1FAA" w:rsidP="00E427E9">
                      <w:r>
                        <w:rPr>
                          <w:b/>
                        </w:rPr>
                        <w:t>ACADEMIC RECORD</w:t>
                      </w:r>
                    </w:p>
                  </w:txbxContent>
                </v:textbox>
              </v:rect>
            </w:pict>
          </mc:Fallback>
        </mc:AlternateContent>
      </w:r>
      <w:r w:rsidR="00D1104A" w:rsidRPr="00E427E9">
        <w:rPr>
          <w:b/>
          <w:color w:val="E36C0A" w:themeColor="accent6" w:themeShade="BF"/>
        </w:rPr>
        <w:t xml:space="preserve">3.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89"/>
        <w:gridCol w:w="2278"/>
        <w:gridCol w:w="2276"/>
        <w:gridCol w:w="2276"/>
        <w:gridCol w:w="2283"/>
      </w:tblGrid>
      <w:tr w:rsidR="00EB6736">
        <w:tc>
          <w:tcPr>
            <w:tcW w:w="2304" w:type="dxa"/>
            <w:shd w:val="clear" w:color="auto" w:fill="1F4E78"/>
          </w:tcPr>
          <w:p w:rsidR="00EB6736" w:rsidRPr="000E1FAA" w:rsidRDefault="00D1104A">
            <w:pPr>
              <w:rPr>
                <w:color w:val="FFFFFF" w:themeColor="background1"/>
              </w:rPr>
            </w:pPr>
            <w:r w:rsidRPr="000E1FAA">
              <w:rPr>
                <w:color w:val="FFFFFF" w:themeColor="background1"/>
              </w:rPr>
              <w:t>Exam</w:t>
            </w:r>
          </w:p>
        </w:tc>
        <w:tc>
          <w:tcPr>
            <w:tcW w:w="2304" w:type="dxa"/>
            <w:shd w:val="clear" w:color="auto" w:fill="1F4E78"/>
          </w:tcPr>
          <w:p w:rsidR="00EB6736" w:rsidRPr="000E1FAA" w:rsidRDefault="00D1104A">
            <w:pPr>
              <w:rPr>
                <w:color w:val="FFFFFF" w:themeColor="background1"/>
              </w:rPr>
            </w:pPr>
            <w:r w:rsidRPr="000E1FAA">
              <w:rPr>
                <w:color w:val="FFFFFF" w:themeColor="background1"/>
              </w:rPr>
              <w:t>Board</w:t>
            </w:r>
          </w:p>
        </w:tc>
        <w:tc>
          <w:tcPr>
            <w:tcW w:w="2304" w:type="dxa"/>
            <w:shd w:val="clear" w:color="auto" w:fill="1F4E78"/>
          </w:tcPr>
          <w:p w:rsidR="00EB6736" w:rsidRPr="000E1FAA" w:rsidRDefault="00D1104A">
            <w:pPr>
              <w:rPr>
                <w:color w:val="FFFFFF" w:themeColor="background1"/>
              </w:rPr>
            </w:pPr>
            <w:r w:rsidRPr="000E1FAA">
              <w:rPr>
                <w:color w:val="FFFFFF" w:themeColor="background1"/>
              </w:rPr>
              <w:t>Year</w:t>
            </w:r>
          </w:p>
        </w:tc>
        <w:tc>
          <w:tcPr>
            <w:tcW w:w="2304" w:type="dxa"/>
            <w:shd w:val="clear" w:color="auto" w:fill="1F4E78"/>
          </w:tcPr>
          <w:p w:rsidR="00EB6736" w:rsidRPr="000E1FAA" w:rsidRDefault="00D1104A">
            <w:pPr>
              <w:rPr>
                <w:color w:val="FFFFFF" w:themeColor="background1"/>
              </w:rPr>
            </w:pPr>
            <w:r w:rsidRPr="000E1FAA">
              <w:rPr>
                <w:color w:val="FFFFFF" w:themeColor="background1"/>
              </w:rPr>
              <w:t>Total</w:t>
            </w:r>
          </w:p>
        </w:tc>
        <w:tc>
          <w:tcPr>
            <w:tcW w:w="2304" w:type="dxa"/>
            <w:shd w:val="clear" w:color="auto" w:fill="1F4E78"/>
          </w:tcPr>
          <w:p w:rsidR="00EB6736" w:rsidRPr="000E1FAA" w:rsidRDefault="00D1104A">
            <w:pPr>
              <w:rPr>
                <w:color w:val="FFFFFF" w:themeColor="background1"/>
              </w:rPr>
            </w:pPr>
            <w:r w:rsidRPr="000E1FAA">
              <w:rPr>
                <w:color w:val="FFFFFF" w:themeColor="background1"/>
              </w:rPr>
              <w:t>Obtained</w:t>
            </w:r>
          </w:p>
        </w:tc>
      </w:tr>
      <w:tr w:rsidR="00EB6736">
        <w:tc>
          <w:tcPr>
            <w:tcW w:w="2304" w:type="dxa"/>
          </w:tcPr>
          <w:p w:rsidR="00EB6736" w:rsidRDefault="00D1104A">
            <w:r>
              <w:t>Matric</w:t>
            </w:r>
          </w:p>
        </w:tc>
        <w:tc>
          <w:tcPr>
            <w:tcW w:w="2304" w:type="dxa"/>
          </w:tcPr>
          <w:p w:rsidR="00EB6736" w:rsidRDefault="00EB6736"/>
        </w:tc>
        <w:tc>
          <w:tcPr>
            <w:tcW w:w="2304" w:type="dxa"/>
          </w:tcPr>
          <w:p w:rsidR="00EB6736" w:rsidRDefault="00EB6736"/>
        </w:tc>
        <w:tc>
          <w:tcPr>
            <w:tcW w:w="2304" w:type="dxa"/>
          </w:tcPr>
          <w:p w:rsidR="00EB6736" w:rsidRDefault="00EB6736"/>
        </w:tc>
        <w:tc>
          <w:tcPr>
            <w:tcW w:w="2304" w:type="dxa"/>
          </w:tcPr>
          <w:p w:rsidR="00EB6736" w:rsidRDefault="00EB6736"/>
        </w:tc>
      </w:tr>
      <w:tr w:rsidR="00EB6736">
        <w:tc>
          <w:tcPr>
            <w:tcW w:w="2304" w:type="dxa"/>
          </w:tcPr>
          <w:p w:rsidR="00EB6736" w:rsidRDefault="00D1104A">
            <w:r>
              <w:t>Intermediate</w:t>
            </w:r>
          </w:p>
        </w:tc>
        <w:tc>
          <w:tcPr>
            <w:tcW w:w="2304" w:type="dxa"/>
          </w:tcPr>
          <w:p w:rsidR="00EB6736" w:rsidRDefault="00EB6736"/>
        </w:tc>
        <w:tc>
          <w:tcPr>
            <w:tcW w:w="2304" w:type="dxa"/>
          </w:tcPr>
          <w:p w:rsidR="00EB6736" w:rsidRDefault="00EB6736"/>
        </w:tc>
        <w:tc>
          <w:tcPr>
            <w:tcW w:w="2304" w:type="dxa"/>
          </w:tcPr>
          <w:p w:rsidR="00EB6736" w:rsidRDefault="00EB6736"/>
        </w:tc>
        <w:tc>
          <w:tcPr>
            <w:tcW w:w="2304" w:type="dxa"/>
          </w:tcPr>
          <w:p w:rsidR="00EB6736" w:rsidRDefault="00EB6736"/>
        </w:tc>
      </w:tr>
    </w:tbl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99"/>
        <w:gridCol w:w="5703"/>
      </w:tblGrid>
      <w:tr w:rsidR="000E1FAA" w:rsidRPr="00A4324B" w:rsidTr="001E79A8">
        <w:trPr>
          <w:trHeight w:val="2807"/>
          <w:jc w:val="center"/>
        </w:trPr>
        <w:tc>
          <w:tcPr>
            <w:tcW w:w="5760" w:type="dxa"/>
          </w:tcPr>
          <w:p w:rsidR="003F6111" w:rsidRDefault="000E1FAA" w:rsidP="00E5548C">
            <w:r w:rsidRPr="00A4324B">
              <w:rPr>
                <w:noProof/>
                <w:color w:val="E36C0A" w:themeColor="accent6" w:themeShade="BF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28DFC9C" wp14:editId="5C20CFCD">
                      <wp:simplePos x="0" y="0"/>
                      <wp:positionH relativeFrom="column">
                        <wp:posOffset>160020</wp:posOffset>
                      </wp:positionH>
                      <wp:positionV relativeFrom="paragraph">
                        <wp:posOffset>10160</wp:posOffset>
                      </wp:positionV>
                      <wp:extent cx="2209800" cy="266700"/>
                      <wp:effectExtent l="76200" t="38100" r="76200" b="11430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098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2060"/>
                              </a:solidFill>
                            </wps:spPr>
                            <wps:style>
                              <a:lnRef idx="0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3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0E1FAA" w:rsidRDefault="000E1FAA" w:rsidP="00E427E9">
                                  <w:r>
                                    <w:rPr>
                                      <w:b/>
                                    </w:rPr>
                                    <w:t>ADMISSION DETAILS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5" o:spid="_x0000_s1031" style="position:absolute;margin-left:12.6pt;margin-top:.8pt;width:174pt;height:21pt;z-index:25165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" fillcolor="#002060" stroked="f">
                      <v:shadow on="t" color="black" opacity="22937f" origin=",.5" offset="0,.63889mm"/>
                      <v:textbox>
                        <w:txbxContent>
                          <w:p w:rsidR="000E1FAA" w:rsidRDefault="000E1FAA" w:rsidP="00E427E9">
                            <w:r>
                              <w:rPr>
                                <w:b/>
                              </w:rPr>
                              <w:t>ADMISSION DETAILS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E36C0A" w:themeColor="accent6" w:themeShade="BF"/>
                <w:sz w:val="24"/>
                <w:szCs w:val="24"/>
              </w:rPr>
              <w:t>4</w:t>
            </w:r>
            <w:r w:rsidRPr="00A4324B">
              <w:rPr>
                <w:color w:val="E36C0A" w:themeColor="accent6" w:themeShade="BF"/>
                <w:sz w:val="24"/>
                <w:szCs w:val="24"/>
              </w:rPr>
              <w:t>.</w:t>
            </w:r>
            <w:r w:rsidRPr="00A4324B">
              <w:rPr>
                <w:sz w:val="24"/>
                <w:szCs w:val="24"/>
              </w:rPr>
              <w:t xml:space="preserve"> </w:t>
            </w:r>
            <w:r w:rsidRPr="00A4324B">
              <w:rPr>
                <w:sz w:val="24"/>
                <w:szCs w:val="24"/>
              </w:rPr>
              <w:br/>
            </w:r>
          </w:p>
          <w:p w:rsidR="003F6111" w:rsidRDefault="003F6111" w:rsidP="00E5548C">
            <w:r>
              <w:t xml:space="preserve">☐ </w:t>
            </w:r>
            <w:proofErr w:type="spellStart"/>
            <w:r>
              <w:t>F.Sc</w:t>
            </w:r>
            <w:proofErr w:type="spellEnd"/>
            <w:r>
              <w:t xml:space="preserve"> </w:t>
            </w:r>
            <w:r w:rsidR="00770A38">
              <w:t>(</w:t>
            </w:r>
            <w:r w:rsidR="00C75E9C">
              <w:t>Pre-</w:t>
            </w:r>
            <w:r>
              <w:t>Medical</w:t>
            </w:r>
            <w:r w:rsidR="00770A38">
              <w:t>)</w:t>
            </w:r>
            <w:r>
              <w:t xml:space="preserve">    </w:t>
            </w:r>
            <w:r w:rsidR="00770A38">
              <w:t xml:space="preserve">                     ☐ </w:t>
            </w:r>
            <w:proofErr w:type="spellStart"/>
            <w:r w:rsidR="00770A38">
              <w:t>F.Sc</w:t>
            </w:r>
            <w:proofErr w:type="spellEnd"/>
            <w:r w:rsidR="00770A38">
              <w:t xml:space="preserve"> (Pre-</w:t>
            </w:r>
            <w:r>
              <w:t>Engineering</w:t>
            </w:r>
            <w:r w:rsidR="00770A38">
              <w:t>)</w:t>
            </w:r>
          </w:p>
          <w:p w:rsidR="003F6111" w:rsidRDefault="003F6111" w:rsidP="00E5548C">
            <w:r>
              <w:t>☐ ICS                                                       ☐ FA</w:t>
            </w:r>
          </w:p>
          <w:p w:rsidR="000E1FAA" w:rsidRDefault="000E1FAA" w:rsidP="00E5548C">
            <w:r>
              <w:t>☐</w:t>
            </w:r>
            <w:r w:rsidR="00770A38">
              <w:t xml:space="preserve"> BS</w:t>
            </w:r>
          </w:p>
          <w:p w:rsidR="000E1FAA" w:rsidRPr="001E79A8" w:rsidRDefault="000E1FAA" w:rsidP="001E79A8">
            <w:r w:rsidRPr="00394BA3">
              <w:rPr>
                <w:b/>
                <w:bCs/>
              </w:rPr>
              <w:t>Shift:</w:t>
            </w:r>
            <w:r w:rsidR="003F6111">
              <w:t xml:space="preserve">    </w:t>
            </w:r>
            <w:r>
              <w:t>☐</w:t>
            </w:r>
            <w:r w:rsidR="003F6111">
              <w:t xml:space="preserve"> Morning                  </w:t>
            </w:r>
            <w:r w:rsidR="00B67DEB">
              <w:t xml:space="preserve">         </w:t>
            </w:r>
            <w:r>
              <w:t>☐ Evening</w:t>
            </w:r>
          </w:p>
        </w:tc>
        <w:tc>
          <w:tcPr>
            <w:tcW w:w="5760" w:type="dxa"/>
          </w:tcPr>
          <w:p w:rsidR="000E1FAA" w:rsidRPr="001E79A8" w:rsidRDefault="000E1FAA" w:rsidP="00E427E9">
            <w:pPr>
              <w:spacing w:after="0"/>
              <w:rPr>
                <w:sz w:val="20"/>
                <w:szCs w:val="20"/>
              </w:rPr>
            </w:pPr>
            <w:r w:rsidRPr="00A4324B">
              <w:rPr>
                <w:noProof/>
                <w:color w:val="E36C0A" w:themeColor="accent6" w:themeShade="BF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428ECB12" wp14:editId="7B115890">
                      <wp:simplePos x="0" y="0"/>
                      <wp:positionH relativeFrom="column">
                        <wp:posOffset>136525</wp:posOffset>
                      </wp:positionH>
                      <wp:positionV relativeFrom="paragraph">
                        <wp:posOffset>13335</wp:posOffset>
                      </wp:positionV>
                      <wp:extent cx="3009900" cy="266700"/>
                      <wp:effectExtent l="76200" t="38100" r="76200" b="114300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099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2060"/>
                              </a:solidFill>
                            </wps:spPr>
                            <wps:style>
                              <a:lnRef idx="0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3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0E1FAA" w:rsidRDefault="000E1FAA" w:rsidP="00E427E9">
                                  <w:r>
                                    <w:rPr>
                                      <w:b/>
                                    </w:rPr>
                                    <w:t>REQUIRED DOCUMENTS</w:t>
                                  </w:r>
                                  <w:r w:rsidR="00E427E9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E427E9" w:rsidRPr="00E427E9">
                                    <w:rPr>
                                      <w:b/>
                                      <w:sz w:val="18"/>
                                      <w:szCs w:val="18"/>
                                    </w:rPr>
                                    <w:t>(attached with form)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Rectangle 6" o:spid="_x0000_s1032" style="position:absolute;margin-left:10.75pt;margin-top:1.05pt;width:237pt;height:21pt;z-index:2516710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" fillcolor="#002060" stroked="f">
                      <v:shadow on="t" color="black" opacity="22937f" origin=",.5" offset="0,.63889mm"/>
                      <v:textbox>
                        <w:txbxContent>
                          <w:p w:rsidR="000E1FAA" w:rsidRDefault="000E1FAA" w:rsidP="00E427E9">
                            <w:r>
                              <w:rPr>
                                <w:b/>
                              </w:rPr>
                              <w:t>REQUIRED DOCUMENTS</w:t>
                            </w:r>
                            <w:r w:rsidR="00E427E9">
                              <w:rPr>
                                <w:b/>
                              </w:rPr>
                              <w:t xml:space="preserve"> </w:t>
                            </w:r>
                            <w:r w:rsidR="00E427E9" w:rsidRPr="00E427E9">
                              <w:rPr>
                                <w:b/>
                                <w:sz w:val="18"/>
                                <w:szCs w:val="18"/>
                              </w:rPr>
                              <w:t>(attached with form)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E36C0A" w:themeColor="accent6" w:themeShade="BF"/>
                <w:sz w:val="24"/>
                <w:szCs w:val="24"/>
              </w:rPr>
              <w:t>5</w:t>
            </w:r>
            <w:r w:rsidRPr="00A4324B">
              <w:rPr>
                <w:color w:val="E36C0A" w:themeColor="accent6" w:themeShade="BF"/>
                <w:sz w:val="24"/>
                <w:szCs w:val="24"/>
              </w:rPr>
              <w:t>.</w:t>
            </w:r>
            <w:r w:rsidRPr="00A432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  <w:r w:rsidRPr="001E79A8">
              <w:rPr>
                <w:sz w:val="20"/>
                <w:szCs w:val="20"/>
              </w:rPr>
              <w:t>☐ Copy of CNIC/B-Form</w:t>
            </w:r>
          </w:p>
          <w:p w:rsidR="000E1FAA" w:rsidRPr="001E79A8" w:rsidRDefault="000E1FAA" w:rsidP="00E427E9">
            <w:pPr>
              <w:spacing w:after="0"/>
              <w:rPr>
                <w:sz w:val="20"/>
                <w:szCs w:val="20"/>
              </w:rPr>
            </w:pPr>
            <w:r w:rsidRPr="001E79A8">
              <w:rPr>
                <w:sz w:val="20"/>
                <w:szCs w:val="20"/>
              </w:rPr>
              <w:t>☐ Copy of Father's CNIC</w:t>
            </w:r>
          </w:p>
          <w:p w:rsidR="000E1FAA" w:rsidRPr="001E79A8" w:rsidRDefault="000E1FAA" w:rsidP="00E427E9">
            <w:pPr>
              <w:spacing w:after="0"/>
              <w:rPr>
                <w:sz w:val="20"/>
                <w:szCs w:val="20"/>
              </w:rPr>
            </w:pPr>
            <w:r w:rsidRPr="001E79A8">
              <w:rPr>
                <w:sz w:val="20"/>
                <w:szCs w:val="20"/>
              </w:rPr>
              <w:t>☐ Matric Certificate/Result Card</w:t>
            </w:r>
          </w:p>
          <w:p w:rsidR="000E1FAA" w:rsidRPr="001E79A8" w:rsidRDefault="000E1FAA" w:rsidP="00E427E9">
            <w:pPr>
              <w:spacing w:after="0"/>
              <w:rPr>
                <w:sz w:val="20"/>
                <w:szCs w:val="20"/>
              </w:rPr>
            </w:pPr>
            <w:r w:rsidRPr="001E79A8">
              <w:rPr>
                <w:sz w:val="20"/>
                <w:szCs w:val="20"/>
              </w:rPr>
              <w:t>☐ Domicile Certificate</w:t>
            </w:r>
          </w:p>
          <w:p w:rsidR="000E1FAA" w:rsidRPr="001E79A8" w:rsidRDefault="000E1FAA" w:rsidP="00E427E9">
            <w:pPr>
              <w:spacing w:after="0"/>
              <w:rPr>
                <w:sz w:val="20"/>
                <w:szCs w:val="20"/>
              </w:rPr>
            </w:pPr>
            <w:r w:rsidRPr="001E79A8">
              <w:rPr>
                <w:sz w:val="20"/>
                <w:szCs w:val="20"/>
              </w:rPr>
              <w:t>☐ Intermediate Certificate/Result Card (if applicable)</w:t>
            </w:r>
          </w:p>
          <w:p w:rsidR="000E1FAA" w:rsidRPr="001E79A8" w:rsidRDefault="000E1FAA" w:rsidP="00E427E9">
            <w:pPr>
              <w:spacing w:after="0"/>
              <w:rPr>
                <w:sz w:val="20"/>
                <w:szCs w:val="20"/>
              </w:rPr>
            </w:pPr>
            <w:r w:rsidRPr="001E79A8">
              <w:rPr>
                <w:sz w:val="20"/>
                <w:szCs w:val="20"/>
              </w:rPr>
              <w:t>☐ Character Certificate</w:t>
            </w:r>
          </w:p>
          <w:p w:rsidR="000E1FAA" w:rsidRPr="001E79A8" w:rsidRDefault="000E1FAA" w:rsidP="00E427E9">
            <w:pPr>
              <w:spacing w:after="0"/>
              <w:rPr>
                <w:sz w:val="20"/>
                <w:szCs w:val="20"/>
              </w:rPr>
            </w:pPr>
            <w:r w:rsidRPr="001E79A8">
              <w:rPr>
                <w:sz w:val="20"/>
                <w:szCs w:val="20"/>
              </w:rPr>
              <w:t>☐ 4 Passport Size Photographs</w:t>
            </w:r>
          </w:p>
          <w:p w:rsidR="000E1FAA" w:rsidRPr="00E427E9" w:rsidRDefault="000E1FAA" w:rsidP="00E427E9">
            <w:pPr>
              <w:spacing w:after="0"/>
            </w:pPr>
            <w:r w:rsidRPr="001E79A8">
              <w:rPr>
                <w:sz w:val="20"/>
                <w:szCs w:val="20"/>
              </w:rPr>
              <w:t>☐ Hafiz-e-Quran Certificate</w:t>
            </w:r>
          </w:p>
        </w:tc>
      </w:tr>
    </w:tbl>
    <w:p w:rsidR="00EB6736" w:rsidRDefault="00B10F67" w:rsidP="00B10F67">
      <w:r w:rsidRPr="00A4324B">
        <w:rPr>
          <w:noProof/>
          <w:color w:val="E36C0A" w:themeColor="accent6" w:themeShade="B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5D5ACE9C" wp14:editId="7FB519B9">
                <wp:simplePos x="0" y="0"/>
                <wp:positionH relativeFrom="column">
                  <wp:posOffset>152400</wp:posOffset>
                </wp:positionH>
                <wp:positionV relativeFrom="paragraph">
                  <wp:posOffset>2540</wp:posOffset>
                </wp:positionV>
                <wp:extent cx="2209800" cy="266700"/>
                <wp:effectExtent l="76200" t="38100" r="76200" b="1143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2667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</wps:spPr>
                      <wps:style>
                        <a:lnRef idx="0">
                          <a:schemeClr val="accent1"/>
                        </a:lnRef>
                        <a:fillRef idx="3">
                          <a:schemeClr val="accent1"/>
                        </a:fillRef>
                        <a:effectRef idx="3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10F67" w:rsidRDefault="00B10F67" w:rsidP="00E427E9">
                            <w:r>
                              <w:rPr>
                                <w:b/>
                              </w:rPr>
                              <w:t>DECLARATION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33" style="position:absolute;margin-left:12pt;margin-top:.2pt;width:174pt;height:21pt;z-index:25167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" fillcolor="#002060" stroked="f">
                <v:shadow on="t" color="black" opacity="22937f" origin=",.5" offset="0,.63889mm"/>
                <v:textbox>
                  <w:txbxContent>
                    <w:p w:rsidR="00B10F67" w:rsidRDefault="00B10F67" w:rsidP="00E427E9">
                      <w:r>
                        <w:rPr>
                          <w:b/>
                        </w:rPr>
                        <w:t>DECLARATION</w:t>
                      </w:r>
                    </w:p>
                  </w:txbxContent>
                </v:textbox>
              </v:rect>
            </w:pict>
          </mc:Fallback>
        </mc:AlternateContent>
      </w:r>
      <w:r w:rsidR="00D1104A" w:rsidRPr="00B10F67">
        <w:rPr>
          <w:color w:val="E36C0A" w:themeColor="accent6" w:themeShade="BF"/>
          <w:sz w:val="24"/>
          <w:szCs w:val="24"/>
        </w:rPr>
        <w:t>6.</w:t>
      </w:r>
      <w:r w:rsidR="00D1104A">
        <w:rPr>
          <w:b/>
        </w:rPr>
        <w:t xml:space="preserve"> </w:t>
      </w:r>
    </w:p>
    <w:p w:rsidR="00EB6736" w:rsidRDefault="003721FC">
      <w:r w:rsidRPr="001E79A8">
        <w:t>Hereby</w:t>
      </w:r>
      <w:r w:rsidR="001E79A8" w:rsidRPr="001E79A8">
        <w:t xml:space="preserve"> declare that the information provided in this application form is true and correct to the best of my knowledge. I understand that any false or misleading information may result in cancellation of my admission.</w:t>
      </w:r>
    </w:p>
    <w:p w:rsidR="00EB6736" w:rsidRDefault="00D1104A" w:rsidP="002A57F3">
      <w:pPr>
        <w:spacing w:after="0"/>
      </w:pPr>
      <w:r>
        <w:t>Applicant Signature: _____________</w:t>
      </w:r>
      <w:r w:rsidR="001E79A8">
        <w:t>_____________</w:t>
      </w:r>
      <w:r>
        <w:t xml:space="preserve">      </w:t>
      </w:r>
      <w:r w:rsidR="001E79A8">
        <w:tab/>
      </w:r>
      <w:r w:rsidR="001E79A8">
        <w:tab/>
      </w:r>
      <w:r w:rsidR="001E79A8">
        <w:tab/>
      </w:r>
      <w:r w:rsidR="001E79A8">
        <w:tab/>
      </w:r>
      <w:r w:rsidR="001E79A8">
        <w:tab/>
      </w:r>
      <w:r>
        <w:t>Date: __</w:t>
      </w:r>
      <w:r w:rsidR="001E79A8">
        <w:t>____</w:t>
      </w:r>
      <w:r>
        <w:t>/__</w:t>
      </w:r>
      <w:r w:rsidR="001E79A8">
        <w:t>_____</w:t>
      </w:r>
      <w:r>
        <w:t>/____</w:t>
      </w:r>
      <w:r w:rsidR="001E79A8">
        <w:t>________</w:t>
      </w:r>
    </w:p>
    <w:p w:rsidR="000A1398" w:rsidRDefault="00624787" w:rsidP="002A57F3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66040</wp:posOffset>
                </wp:positionH>
                <wp:positionV relativeFrom="paragraph">
                  <wp:posOffset>105410</wp:posOffset>
                </wp:positionV>
                <wp:extent cx="6924675" cy="0"/>
                <wp:effectExtent l="38100" t="38100" r="66675" b="952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24675" cy="0"/>
                        </a:xfrm>
                        <a:prstGeom prst="line">
                          <a:avLst/>
                        </a:prstGeom>
                        <a:ln>
                          <a:prstDash val="sysDash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line w14:anchorId="73B87C9D" id="Straight Connector 15" o:spid="_x0000_s1026" style="position:absolute;flip:y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2pt,8.3pt" to="550.45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" strokecolor="black [3200]" strokeweight="2pt">
                <v:stroke dashstyle="3 1"/>
                <v:shadow on="t" color="black" opacity="24903f" origin=",.5" offset="0,.55556mm"/>
              </v:line>
            </w:pict>
          </mc:Fallback>
        </mc:AlternateContent>
      </w:r>
    </w:p>
    <w:tbl>
      <w:tblPr>
        <w:tblW w:w="11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7"/>
        <w:gridCol w:w="5543"/>
      </w:tblGrid>
      <w:tr w:rsidR="001E79A8" w:rsidRPr="00A4324B" w:rsidTr="00E47F8A">
        <w:trPr>
          <w:trHeight w:val="2626"/>
          <w:jc w:val="center"/>
        </w:trPr>
        <w:tc>
          <w:tcPr>
            <w:tcW w:w="5707" w:type="dxa"/>
          </w:tcPr>
          <w:p w:rsidR="001E79A8" w:rsidRPr="001E79A8" w:rsidRDefault="001E79A8" w:rsidP="001E79A8">
            <w:pPr>
              <w:rPr>
                <w:sz w:val="10"/>
                <w:szCs w:val="10"/>
              </w:rPr>
            </w:pPr>
            <w:r w:rsidRPr="00A4324B">
              <w:rPr>
                <w:noProof/>
                <w:color w:val="E36C0A" w:themeColor="accent6" w:themeShade="BF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61A8D35A" wp14:editId="24C11B5C">
                      <wp:simplePos x="0" y="0"/>
                      <wp:positionH relativeFrom="column">
                        <wp:posOffset>-62230</wp:posOffset>
                      </wp:positionH>
                      <wp:positionV relativeFrom="paragraph">
                        <wp:posOffset>13335</wp:posOffset>
                      </wp:positionV>
                      <wp:extent cx="3562350" cy="266700"/>
                      <wp:effectExtent l="76200" t="38100" r="76200" b="11430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62350" cy="2667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accent6">
                                  <a:lumMod val="75000"/>
                                </a:schemeClr>
                              </a:solidFill>
                            </wps:spPr>
                            <wps:style>
                              <a:lnRef idx="0">
                                <a:schemeClr val="accent6"/>
                              </a:lnRef>
                              <a:fillRef idx="3">
                                <a:schemeClr val="accent6"/>
                              </a:fillRef>
                              <a:effectRef idx="3">
                                <a:schemeClr val="accent6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E79A8" w:rsidRDefault="001E79A8" w:rsidP="001E79A8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For Office Use Only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Rectangle 9" o:spid="_x0000_s1034" style="position:absolute;margin-left:-4.9pt;margin-top:1.05pt;width:280.5pt;height:21pt;z-index:251679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" fillcolor="#e36c0a [2409]" stroked="f">
                      <v:shadow on="t" color="black" opacity="22937f" origin=",.5" offset="0,.63889mm"/>
                      <v:textbox>
                        <w:txbxContent>
                          <w:p w:rsidR="001E79A8" w:rsidRDefault="001E79A8" w:rsidP="001E79A8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For Office Use Only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4324B">
              <w:rPr>
                <w:sz w:val="24"/>
                <w:szCs w:val="24"/>
              </w:rPr>
              <w:br/>
            </w:r>
          </w:p>
          <w:p w:rsidR="001E79A8" w:rsidRDefault="001E79A8" w:rsidP="001E79A8">
            <w:pPr>
              <w:spacing w:after="0" w:line="360" w:lineRule="auto"/>
            </w:pPr>
            <w:r>
              <w:t>Form No.: ______________________________________________________</w:t>
            </w:r>
          </w:p>
          <w:p w:rsidR="001E79A8" w:rsidRDefault="001E79A8" w:rsidP="001E79A8">
            <w:pPr>
              <w:spacing w:after="0" w:line="360" w:lineRule="auto"/>
            </w:pPr>
            <w:r>
              <w:t>Received By: __________________________________________________</w:t>
            </w:r>
          </w:p>
          <w:p w:rsidR="001E79A8" w:rsidRDefault="001E79A8" w:rsidP="001E79A8">
            <w:pPr>
              <w:spacing w:after="0" w:line="360" w:lineRule="auto"/>
            </w:pPr>
            <w:r>
              <w:t>Date: ___________________________________________________________</w:t>
            </w:r>
          </w:p>
          <w:p w:rsidR="001E79A8" w:rsidRDefault="001E79A8" w:rsidP="001E79A8">
            <w:pPr>
              <w:spacing w:after="0" w:line="360" w:lineRule="auto"/>
            </w:pPr>
            <w:r>
              <w:t>Remarks: ______________________________________________________</w:t>
            </w:r>
          </w:p>
          <w:p w:rsidR="001E79A8" w:rsidRPr="001E79A8" w:rsidRDefault="001E79A8" w:rsidP="001E79A8"/>
        </w:tc>
        <w:tc>
          <w:tcPr>
            <w:tcW w:w="5543" w:type="dxa"/>
          </w:tcPr>
          <w:p w:rsidR="001E79A8" w:rsidRPr="001E79A8" w:rsidRDefault="001E79A8" w:rsidP="002A57F3">
            <w:pPr>
              <w:spacing w:after="0" w:line="240" w:lineRule="auto"/>
              <w:rPr>
                <w:sz w:val="20"/>
                <w:szCs w:val="20"/>
              </w:rPr>
            </w:pPr>
            <w:r w:rsidRPr="00A4324B">
              <w:rPr>
                <w:noProof/>
                <w:color w:val="E36C0A" w:themeColor="accent6" w:themeShade="BF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1F434EF9" wp14:editId="743962EC">
                      <wp:simplePos x="0" y="0"/>
                      <wp:positionH relativeFrom="column">
                        <wp:posOffset>-71119</wp:posOffset>
                      </wp:positionH>
                      <wp:positionV relativeFrom="paragraph">
                        <wp:posOffset>13335</wp:posOffset>
                      </wp:positionV>
                      <wp:extent cx="3486150" cy="266700"/>
                      <wp:effectExtent l="57150" t="57150" r="95250" b="133350"/>
                      <wp:wrapNone/>
                      <wp:docPr id="10" name="Rect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8615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2060"/>
                              </a:solidFill>
                              <a:ln>
                                <a:solidFill>
                                  <a:srgbClr val="002060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3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E79A8" w:rsidRDefault="001E79A8" w:rsidP="001E79A8">
                                  <w:pPr>
                                    <w:jc w:val="center"/>
                                  </w:pPr>
                                  <w:r w:rsidRPr="001E79A8">
                                    <w:rPr>
                                      <w:b/>
                                    </w:rPr>
                                    <w:t>CHECKLIST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ect id="Rectangle 10" o:spid="_x0000_s1035" style="position:absolute;margin-left:-5.6pt;margin-top:1.05pt;width:274.5pt;height:21pt;z-index:251682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" fillcolor="#002060" strokecolor="#002060">
                      <v:shadow on="t" color="black" opacity="22937f" origin=",.5" offset="0,.63889mm"/>
                      <v:textbox>
                        <w:txbxContent>
                          <w:p w:rsidR="001E79A8" w:rsidRDefault="001E79A8" w:rsidP="001E79A8">
                            <w:pPr>
                              <w:jc w:val="center"/>
                            </w:pPr>
                            <w:r w:rsidRPr="001E79A8">
                              <w:rPr>
                                <w:b/>
                              </w:rPr>
                              <w:t>CHECKLIST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A4324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br/>
            </w:r>
            <w:r w:rsidRPr="001E79A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E79A8">
              <w:rPr>
                <w:sz w:val="20"/>
                <w:szCs w:val="20"/>
              </w:rPr>
              <w:t xml:space="preserve"> Copy of CNIC/B-Form</w:t>
            </w:r>
          </w:p>
          <w:p w:rsidR="001E79A8" w:rsidRPr="001E79A8" w:rsidRDefault="001E79A8" w:rsidP="002A57F3">
            <w:pPr>
              <w:spacing w:after="0" w:line="240" w:lineRule="auto"/>
              <w:rPr>
                <w:sz w:val="20"/>
                <w:szCs w:val="20"/>
              </w:rPr>
            </w:pPr>
            <w:r w:rsidRPr="001E79A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E79A8">
              <w:rPr>
                <w:sz w:val="20"/>
                <w:szCs w:val="20"/>
              </w:rPr>
              <w:t xml:space="preserve"> Copy of Father's CNIC</w:t>
            </w:r>
          </w:p>
          <w:p w:rsidR="001E79A8" w:rsidRPr="001E79A8" w:rsidRDefault="001E79A8" w:rsidP="002A57F3">
            <w:pPr>
              <w:spacing w:after="0" w:line="240" w:lineRule="auto"/>
              <w:rPr>
                <w:sz w:val="20"/>
                <w:szCs w:val="20"/>
              </w:rPr>
            </w:pPr>
            <w:r w:rsidRPr="001E79A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E79A8">
              <w:rPr>
                <w:sz w:val="20"/>
                <w:szCs w:val="20"/>
              </w:rPr>
              <w:t xml:space="preserve"> Matric Certificate</w:t>
            </w:r>
          </w:p>
          <w:p w:rsidR="001E79A8" w:rsidRPr="001E79A8" w:rsidRDefault="001E79A8" w:rsidP="002A57F3">
            <w:pPr>
              <w:spacing w:after="0" w:line="240" w:lineRule="auto"/>
              <w:rPr>
                <w:sz w:val="20"/>
                <w:szCs w:val="20"/>
              </w:rPr>
            </w:pPr>
            <w:r w:rsidRPr="001E79A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E79A8">
              <w:rPr>
                <w:sz w:val="20"/>
                <w:szCs w:val="20"/>
              </w:rPr>
              <w:t xml:space="preserve"> </w:t>
            </w:r>
            <w:r w:rsidR="002A57F3">
              <w:rPr>
                <w:sz w:val="20"/>
                <w:szCs w:val="20"/>
              </w:rPr>
              <w:t>Intermediate Certificate</w:t>
            </w:r>
            <w:r w:rsidR="002A57F3" w:rsidRPr="001E79A8">
              <w:rPr>
                <w:sz w:val="20"/>
                <w:szCs w:val="20"/>
              </w:rPr>
              <w:t xml:space="preserve"> (if applicable)</w:t>
            </w:r>
          </w:p>
          <w:p w:rsidR="001E79A8" w:rsidRPr="001E79A8" w:rsidRDefault="001E79A8" w:rsidP="002A57F3">
            <w:pPr>
              <w:spacing w:after="0" w:line="240" w:lineRule="auto"/>
              <w:rPr>
                <w:sz w:val="20"/>
                <w:szCs w:val="20"/>
              </w:rPr>
            </w:pPr>
            <w:r w:rsidRPr="001E79A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E79A8">
              <w:rPr>
                <w:sz w:val="20"/>
                <w:szCs w:val="20"/>
              </w:rPr>
              <w:t xml:space="preserve"> </w:t>
            </w:r>
            <w:r w:rsidR="002A57F3" w:rsidRPr="001E79A8">
              <w:rPr>
                <w:sz w:val="20"/>
                <w:szCs w:val="20"/>
              </w:rPr>
              <w:t>Domicile Certificate</w:t>
            </w:r>
          </w:p>
          <w:p w:rsidR="001E79A8" w:rsidRPr="001E79A8" w:rsidRDefault="001E79A8" w:rsidP="002A57F3">
            <w:pPr>
              <w:spacing w:after="0" w:line="240" w:lineRule="auto"/>
              <w:rPr>
                <w:sz w:val="20"/>
                <w:szCs w:val="20"/>
              </w:rPr>
            </w:pPr>
            <w:r w:rsidRPr="001E79A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E79A8">
              <w:rPr>
                <w:sz w:val="20"/>
                <w:szCs w:val="20"/>
              </w:rPr>
              <w:t xml:space="preserve"> Character Certificate</w:t>
            </w:r>
          </w:p>
          <w:p w:rsidR="001E79A8" w:rsidRPr="001E79A8" w:rsidRDefault="001E79A8" w:rsidP="002A57F3">
            <w:pPr>
              <w:spacing w:after="0" w:line="240" w:lineRule="auto"/>
              <w:rPr>
                <w:sz w:val="20"/>
                <w:szCs w:val="20"/>
              </w:rPr>
            </w:pPr>
            <w:r w:rsidRPr="001E79A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E79A8">
              <w:rPr>
                <w:sz w:val="20"/>
                <w:szCs w:val="20"/>
              </w:rPr>
              <w:t xml:space="preserve"> 4 Passport Size Photographs</w:t>
            </w:r>
          </w:p>
          <w:p w:rsidR="001E79A8" w:rsidRPr="00E427E9" w:rsidRDefault="001E79A8" w:rsidP="002A57F3">
            <w:pPr>
              <w:spacing w:after="0" w:line="240" w:lineRule="auto"/>
            </w:pPr>
            <w:r w:rsidRPr="001E79A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E79A8">
              <w:rPr>
                <w:sz w:val="20"/>
                <w:szCs w:val="20"/>
              </w:rPr>
              <w:t xml:space="preserve"> Hafiz-e-Quran Certificate</w:t>
            </w:r>
            <w:r w:rsidR="002A57F3">
              <w:rPr>
                <w:sz w:val="20"/>
                <w:szCs w:val="20"/>
              </w:rPr>
              <w:t xml:space="preserve"> </w:t>
            </w:r>
            <w:r w:rsidR="002A57F3" w:rsidRPr="001E79A8">
              <w:rPr>
                <w:sz w:val="20"/>
                <w:szCs w:val="20"/>
              </w:rPr>
              <w:t>(if applicable)</w:t>
            </w:r>
          </w:p>
        </w:tc>
        <w:bookmarkStart w:id="0" w:name="_GoBack"/>
        <w:bookmarkEnd w:id="0"/>
      </w:tr>
    </w:tbl>
    <w:p w:rsidR="006769D4" w:rsidRDefault="008D3512" w:rsidP="002A57F3">
      <w:r w:rsidRPr="00197FB3">
        <w:rPr>
          <w:b/>
          <w:noProof/>
          <w:color w:val="0046A0"/>
          <w:sz w:val="60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258ED883" wp14:editId="7414ED22">
                <wp:simplePos x="0" y="0"/>
                <wp:positionH relativeFrom="column">
                  <wp:posOffset>2162175</wp:posOffset>
                </wp:positionH>
                <wp:positionV relativeFrom="paragraph">
                  <wp:posOffset>277495</wp:posOffset>
                </wp:positionV>
                <wp:extent cx="2781300" cy="257175"/>
                <wp:effectExtent l="0" t="0" r="0" b="4762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7FB3" w:rsidRPr="00190120" w:rsidRDefault="001808CD" w:rsidP="008D3512">
                            <w:p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90120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Mardan</w:t>
                            </w:r>
                            <w:proofErr w:type="spellEnd"/>
                            <w:r w:rsidRPr="00190120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Road </w:t>
                            </w:r>
                            <w:proofErr w:type="spellStart"/>
                            <w:r w:rsidRPr="00190120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Charsadda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2" o:spid="_x0000_s1036" style="position:absolute;margin-left:170.25pt;margin-top:21.85pt;width:219pt;height:20.25pt;z-index:2516956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" filled="f" stroked="f">
                <v:shadow on="t" color="black" opacity="22937f" origin=",.5" offset="0,.63889mm"/>
                <v:textbox>
                  <w:txbxContent>
                    <w:p w:rsidR="00197FB3" w:rsidRPr="00190120" w:rsidRDefault="001808CD" w:rsidP="008D3512">
                      <w:pPr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proofErr w:type="spellStart"/>
                      <w:r w:rsidRPr="00190120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Mardan</w:t>
                      </w:r>
                      <w:proofErr w:type="spellEnd"/>
                      <w:r w:rsidRPr="00190120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 xml:space="preserve"> Road </w:t>
                      </w:r>
                      <w:proofErr w:type="spellStart"/>
                      <w:r w:rsidRPr="00190120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Charsadda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="00CA6491">
        <w:rPr>
          <w:noProof/>
          <w:color w:val="E36C0A" w:themeColor="accent6" w:themeShade="B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6924DA90" wp14:editId="45E1BF3F">
                <wp:simplePos x="0" y="0"/>
                <wp:positionH relativeFrom="column">
                  <wp:posOffset>5267325</wp:posOffset>
                </wp:positionH>
                <wp:positionV relativeFrom="paragraph">
                  <wp:posOffset>274320</wp:posOffset>
                </wp:positionV>
                <wp:extent cx="1819275" cy="257175"/>
                <wp:effectExtent l="0" t="0" r="0" b="4762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92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726FE" w:rsidRPr="00CA6491" w:rsidRDefault="00987069" w:rsidP="00D726FE">
                            <w:pPr>
                              <w:jc w:val="center"/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proofErr w:type="spellStart"/>
                            <w:r w:rsidRPr="00CA6491">
                              <w:rPr>
                                <w:b/>
                                <w:color w:val="FFFFFF" w:themeColor="background1"/>
                                <w:sz w:val="21"/>
                                <w:szCs w:val="21"/>
                              </w:rPr>
                              <w:t>Alikhandigitalcollege</w:t>
                            </w:r>
                            <w:r w:rsidR="00190120" w:rsidRPr="00CA6491">
                              <w:rPr>
                                <w:b/>
                                <w:color w:val="FFFFFF" w:themeColor="background1"/>
                                <w:sz w:val="21"/>
                                <w:szCs w:val="21"/>
                              </w:rPr>
                              <w:t>.com</w:t>
                            </w:r>
                            <w:r w:rsidR="00D726FE" w:rsidRPr="00CA6491">
                              <w:rPr>
                                <w:b/>
                                <w:color w:val="FFFFFF" w:themeColor="background1"/>
                                <w:sz w:val="21"/>
                                <w:szCs w:val="21"/>
                              </w:rPr>
                              <w:t>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" o:spid="_x0000_s1036" style="position:absolute;margin-left:414.75pt;margin-top:21.6pt;width:143.25pt;height:20.25pt;z-index:25169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" filled="f" stroked="f">
                <v:shadow on="t" color="black" opacity="22937f" origin=",.5" offset="0,.63889mm"/>
                <v:textbox>
                  <w:txbxContent>
                    <w:p w:rsidR="00D726FE" w:rsidRPr="00CA6491" w:rsidRDefault="00987069" w:rsidP="00D726FE">
                      <w:pPr>
                        <w:jc w:val="center"/>
                        <w:rPr>
                          <w:color w:val="FFFFFF" w:themeColor="background1"/>
                          <w:sz w:val="21"/>
                          <w:szCs w:val="21"/>
                        </w:rPr>
                      </w:pPr>
                      <w:r w:rsidRPr="00CA6491">
                        <w:rPr>
                          <w:b/>
                          <w:color w:val="FFFFFF" w:themeColor="background1"/>
                          <w:sz w:val="21"/>
                          <w:szCs w:val="21"/>
                        </w:rPr>
                        <w:t>Alikhandigitalcollege</w:t>
                      </w:r>
                      <w:r w:rsidR="00190120" w:rsidRPr="00CA6491">
                        <w:rPr>
                          <w:b/>
                          <w:color w:val="FFFFFF" w:themeColor="background1"/>
                          <w:sz w:val="21"/>
                          <w:szCs w:val="21"/>
                        </w:rPr>
                        <w:t>.com</w:t>
                      </w:r>
                      <w:r w:rsidR="00D726FE" w:rsidRPr="00CA6491">
                        <w:rPr>
                          <w:b/>
                          <w:color w:val="FFFFFF" w:themeColor="background1"/>
                          <w:sz w:val="21"/>
                          <w:szCs w:val="21"/>
                        </w:rPr>
                        <w:t>m</w:t>
                      </w:r>
                    </w:p>
                  </w:txbxContent>
                </v:textbox>
              </v:rect>
            </w:pict>
          </mc:Fallback>
        </mc:AlternateContent>
      </w:r>
      <w:r w:rsidR="00CA6491" w:rsidRPr="00197FB3">
        <w:rPr>
          <w:b/>
          <w:noProof/>
          <w:color w:val="0046A0"/>
          <w:sz w:val="60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0072B42C" wp14:editId="4B76BF1F">
                <wp:simplePos x="0" y="0"/>
                <wp:positionH relativeFrom="column">
                  <wp:posOffset>190500</wp:posOffset>
                </wp:positionH>
                <wp:positionV relativeFrom="paragraph">
                  <wp:posOffset>245745</wp:posOffset>
                </wp:positionV>
                <wp:extent cx="1438275" cy="257175"/>
                <wp:effectExtent l="0" t="0" r="0" b="4762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257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97FB3" w:rsidRPr="00190120" w:rsidRDefault="00987069" w:rsidP="00197FB3">
                            <w:p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90120">
                              <w:rPr>
                                <w:b/>
                                <w:color w:val="FFFFFF" w:themeColor="background1"/>
                                <w:sz w:val="24"/>
                                <w:szCs w:val="24"/>
                              </w:rPr>
                              <w:t>0311-1563305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5" o:spid="_x0000_s1038" style="position:absolute;margin-left:15pt;margin-top:19.35pt;width:113.25pt;height:20.25pt;z-index:251696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" filled="f" stroked="f">
                <v:shadow on="t" color="black" opacity="22937f" origin=",.5" offset="0,.63889mm"/>
                <v:textbox>
                  <w:txbxContent>
                    <w:p w:rsidR="00197FB3" w:rsidRPr="00190120" w:rsidRDefault="00987069" w:rsidP="00197FB3">
                      <w:pPr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 w:rsidRPr="00190120">
                        <w:rPr>
                          <w:b/>
                          <w:color w:val="FFFFFF" w:themeColor="background1"/>
                          <w:sz w:val="24"/>
                          <w:szCs w:val="24"/>
                        </w:rPr>
                        <w:t>0311-1563305</w:t>
                      </w:r>
                    </w:p>
                  </w:txbxContent>
                </v:textbox>
              </v:rect>
            </w:pict>
          </mc:Fallback>
        </mc:AlternateContent>
      </w:r>
    </w:p>
    <w:p w:rsidR="003A0A09" w:rsidRDefault="003A0A09" w:rsidP="006769D4">
      <w:pPr>
        <w:jc w:val="center"/>
      </w:pPr>
    </w:p>
    <w:p w:rsidR="006769D4" w:rsidRDefault="006769D4" w:rsidP="006769D4">
      <w:pPr>
        <w:jc w:val="center"/>
      </w:pPr>
      <w:r>
        <w:t>AFFIDAVIT / UNDERTAKING</w:t>
      </w:r>
    </w:p>
    <w:p w:rsidR="006769D4" w:rsidRDefault="006769D4" w:rsidP="00BE7EEF">
      <w:pPr>
        <w:spacing w:line="360" w:lineRule="auto"/>
      </w:pPr>
      <w:proofErr w:type="gramStart"/>
      <w:r>
        <w:t>I, ___________________________ S/o, D/o ___________________________, CNIC No.</w:t>
      </w:r>
      <w:proofErr w:type="gramEnd"/>
      <w:r>
        <w:t xml:space="preserve"> ___________________________, resident of ________________________________________, do hereby solemnly affirm and declare as under:</w:t>
      </w:r>
    </w:p>
    <w:p w:rsidR="006769D4" w:rsidRDefault="006769D4" w:rsidP="006769D4">
      <w:r>
        <w:t>1. That I have enrolled as a student in Ali Khan Digital College for the purpose of acquiring digital skills training.</w:t>
      </w:r>
    </w:p>
    <w:p w:rsidR="006769D4" w:rsidRDefault="006769D4" w:rsidP="006769D4">
      <w:r>
        <w:t>2. That I acknowledge the training provided by the institute is offered free of cost, and includes valuable knowledge, systems, techniques, and proprietary methods developed by the institute.</w:t>
      </w:r>
    </w:p>
    <w:p w:rsidR="006769D4" w:rsidRDefault="006769D4" w:rsidP="006769D4">
      <w:r>
        <w:t>3. That I undertake that I shall not copy, reproduce, distribute, or share any training materials, course content, strategies, or confidential information provided by the institute with any third party, without prior written permission.</w:t>
      </w:r>
    </w:p>
    <w:p w:rsidR="003A0A09" w:rsidRDefault="006769D4" w:rsidP="003A0A09">
      <w:r>
        <w:t>4. That I shall not use the knowledge, systems, or methods learned from the institute to:</w:t>
      </w:r>
    </w:p>
    <w:p w:rsidR="006769D4" w:rsidRDefault="006769D4" w:rsidP="003A0A09">
      <w:r>
        <w:t>Start a competing training institute, OR</w:t>
      </w:r>
      <w:r w:rsidR="003A0A09">
        <w:t xml:space="preserve"> </w:t>
      </w:r>
      <w:proofErr w:type="gramStart"/>
      <w:r>
        <w:t>Directly</w:t>
      </w:r>
      <w:proofErr w:type="gramEnd"/>
      <w:r>
        <w:t xml:space="preserve"> harm the business interests of Ali Khan Digital College</w:t>
      </w:r>
      <w:r w:rsidR="003A0A09">
        <w:t xml:space="preserve"> </w:t>
      </w:r>
      <w:r>
        <w:t>for a period of two (2) years from the date of completion of my course.</w:t>
      </w:r>
    </w:p>
    <w:p w:rsidR="006769D4" w:rsidRDefault="006769D4" w:rsidP="006769D4">
      <w:r>
        <w:t>5. That I understand I am free to use my skills for personal earning and employment, however I shall not misuse or misrepresent the institute’s proprietary systems or brand.</w:t>
      </w:r>
    </w:p>
    <w:p w:rsidR="00A758DA" w:rsidRPr="00A758DA" w:rsidRDefault="00A758DA" w:rsidP="00A758DA">
      <w:r>
        <w:t xml:space="preserve">6. </w:t>
      </w:r>
      <w:r w:rsidRPr="00A758DA">
        <w:t>That I undertake that I shall not form or join any student union, engage in unauthorized relationships, or organize/participate in any political, religious, or other gatherings within the institute. Any violation shall result in strict disciplinary and legal action.</w:t>
      </w:r>
    </w:p>
    <w:p w:rsidR="006769D4" w:rsidRDefault="00A758DA" w:rsidP="006769D4">
      <w:r>
        <w:t>7</w:t>
      </w:r>
      <w:r w:rsidR="006769D4">
        <w:t>. That in case of violation of the above terms, the institute reserves the right to take legal action as per applicable laws of Pakistan.</w:t>
      </w:r>
    </w:p>
    <w:p w:rsidR="00A758DA" w:rsidRDefault="00A758DA" w:rsidP="00A758DA">
      <w:r>
        <w:t>8. That I am signing this affidavit voluntarily, without any pressure or coercion.</w:t>
      </w:r>
    </w:p>
    <w:p w:rsidR="006769D4" w:rsidRDefault="006769D4" w:rsidP="006769D4"/>
    <w:p w:rsidR="006769D4" w:rsidRPr="006769D4" w:rsidRDefault="006769D4" w:rsidP="006769D4">
      <w:pPr>
        <w:jc w:val="center"/>
        <w:rPr>
          <w:b/>
          <w:bCs/>
        </w:rPr>
      </w:pPr>
      <w:r w:rsidRPr="006769D4">
        <w:rPr>
          <w:b/>
          <w:bCs/>
        </w:rPr>
        <w:t>DEPONENT (Student):</w:t>
      </w:r>
    </w:p>
    <w:p w:rsidR="006769D4" w:rsidRDefault="006769D4" w:rsidP="006769D4">
      <w:r>
        <w:t>Signature: ___________________________</w:t>
      </w:r>
    </w:p>
    <w:p w:rsidR="006769D4" w:rsidRDefault="006769D4" w:rsidP="006769D4">
      <w:r>
        <w:t>Name: _______________________________</w:t>
      </w:r>
    </w:p>
    <w:p w:rsidR="006769D4" w:rsidRDefault="006769D4" w:rsidP="006769D4">
      <w:r>
        <w:t>Date: ____ / ____ / ______</w:t>
      </w:r>
    </w:p>
    <w:p w:rsidR="003A0A09" w:rsidRDefault="003A0A09" w:rsidP="006769D4">
      <w:pPr>
        <w:rPr>
          <w:b/>
          <w:bCs/>
        </w:rPr>
      </w:pPr>
    </w:p>
    <w:p w:rsidR="006769D4" w:rsidRPr="006769D4" w:rsidRDefault="006769D4" w:rsidP="006769D4">
      <w:pPr>
        <w:rPr>
          <w:b/>
          <w:bCs/>
        </w:rPr>
      </w:pPr>
      <w:r w:rsidRPr="006769D4">
        <w:rPr>
          <w:b/>
          <w:bCs/>
        </w:rPr>
        <w:t>Witness 1:</w:t>
      </w:r>
      <w:r w:rsidRPr="006769D4">
        <w:rPr>
          <w:b/>
          <w:bCs/>
        </w:rPr>
        <w:tab/>
      </w:r>
      <w:r w:rsidRPr="006769D4">
        <w:rPr>
          <w:b/>
          <w:bCs/>
        </w:rPr>
        <w:tab/>
      </w:r>
      <w:r w:rsidRPr="006769D4">
        <w:rPr>
          <w:b/>
          <w:bCs/>
        </w:rPr>
        <w:tab/>
      </w:r>
      <w:r w:rsidRPr="006769D4">
        <w:rPr>
          <w:b/>
          <w:bCs/>
        </w:rPr>
        <w:tab/>
      </w:r>
      <w:r w:rsidRPr="006769D4">
        <w:rPr>
          <w:b/>
          <w:bCs/>
        </w:rPr>
        <w:tab/>
      </w:r>
      <w:r w:rsidRPr="006769D4">
        <w:rPr>
          <w:b/>
          <w:bCs/>
        </w:rPr>
        <w:tab/>
      </w:r>
      <w:r w:rsidRPr="006769D4">
        <w:rPr>
          <w:b/>
          <w:bCs/>
        </w:rPr>
        <w:tab/>
      </w:r>
      <w:r w:rsidRPr="006769D4">
        <w:rPr>
          <w:b/>
          <w:bCs/>
        </w:rPr>
        <w:tab/>
        <w:t>Witness 2:</w:t>
      </w:r>
    </w:p>
    <w:p w:rsidR="006769D4" w:rsidRDefault="006769D4" w:rsidP="006769D4">
      <w:r>
        <w:t>Name: 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Name: ___________________________</w:t>
      </w:r>
    </w:p>
    <w:p w:rsidR="006769D4" w:rsidRDefault="006769D4" w:rsidP="006769D4">
      <w:r>
        <w:t>CNIC: 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CNIC: ___________________________</w:t>
      </w:r>
    </w:p>
    <w:p w:rsidR="006769D4" w:rsidRDefault="006769D4" w:rsidP="006769D4">
      <w:r>
        <w:t>Signature: _______________________</w:t>
      </w:r>
      <w:r>
        <w:tab/>
      </w:r>
      <w:r>
        <w:tab/>
      </w:r>
      <w:r>
        <w:tab/>
      </w:r>
      <w:r>
        <w:tab/>
      </w:r>
      <w:r>
        <w:tab/>
        <w:t>Signature: _______________________</w:t>
      </w:r>
    </w:p>
    <w:p w:rsidR="006769D4" w:rsidRDefault="006769D4" w:rsidP="006769D4"/>
    <w:sectPr w:rsidR="006769D4" w:rsidSect="001E79A8">
      <w:pgSz w:w="11906" w:h="16838" w:code="9"/>
      <w:pgMar w:top="27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A1398"/>
    <w:rsid w:val="000E1FAA"/>
    <w:rsid w:val="0015074B"/>
    <w:rsid w:val="001808CD"/>
    <w:rsid w:val="00190120"/>
    <w:rsid w:val="00197FB3"/>
    <w:rsid w:val="001E79A8"/>
    <w:rsid w:val="002935E8"/>
    <w:rsid w:val="0029639D"/>
    <w:rsid w:val="002A57F3"/>
    <w:rsid w:val="00326F90"/>
    <w:rsid w:val="003721FC"/>
    <w:rsid w:val="00394BA3"/>
    <w:rsid w:val="003A0A09"/>
    <w:rsid w:val="003F6111"/>
    <w:rsid w:val="004017A4"/>
    <w:rsid w:val="00450738"/>
    <w:rsid w:val="004955BC"/>
    <w:rsid w:val="005261ED"/>
    <w:rsid w:val="00624787"/>
    <w:rsid w:val="006769D4"/>
    <w:rsid w:val="0073097E"/>
    <w:rsid w:val="00770A38"/>
    <w:rsid w:val="00803DFC"/>
    <w:rsid w:val="008D3512"/>
    <w:rsid w:val="008D38F2"/>
    <w:rsid w:val="00906EDB"/>
    <w:rsid w:val="00987069"/>
    <w:rsid w:val="009D433B"/>
    <w:rsid w:val="00A310B3"/>
    <w:rsid w:val="00A4324B"/>
    <w:rsid w:val="00A758DA"/>
    <w:rsid w:val="00AA1D8D"/>
    <w:rsid w:val="00B10F67"/>
    <w:rsid w:val="00B47730"/>
    <w:rsid w:val="00B67DEB"/>
    <w:rsid w:val="00BA40BD"/>
    <w:rsid w:val="00BB5E3F"/>
    <w:rsid w:val="00BE7EEF"/>
    <w:rsid w:val="00C75E9C"/>
    <w:rsid w:val="00CA6491"/>
    <w:rsid w:val="00CB0664"/>
    <w:rsid w:val="00D1104A"/>
    <w:rsid w:val="00D25811"/>
    <w:rsid w:val="00D726FE"/>
    <w:rsid w:val="00E427E9"/>
    <w:rsid w:val="00E47F8A"/>
    <w:rsid w:val="00E5548C"/>
    <w:rsid w:val="00EB673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A758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A758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447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A07938A-9C44-4D22-A9AF-EBA84EBD4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4183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37</cp:revision>
  <cp:lastPrinted>2026-04-25T06:49:00Z</cp:lastPrinted>
  <dcterms:created xsi:type="dcterms:W3CDTF">2026-04-24T05:33:00Z</dcterms:created>
  <dcterms:modified xsi:type="dcterms:W3CDTF">2026-06-08T13:17:00Z</dcterms:modified>
  <cp:category/>
</cp:coreProperties>
</file>